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1AEA4B" w14:textId="77777777" w:rsidR="000E1344" w:rsidRPr="00CC3339" w:rsidRDefault="00000000">
      <w:pPr>
        <w:rPr>
          <w:sz w:val="21"/>
          <w:szCs w:val="21"/>
        </w:rPr>
      </w:pPr>
      <w:r w:rsidRPr="00CC3339">
        <w:rPr>
          <w:b/>
          <w:sz w:val="36"/>
          <w:szCs w:val="21"/>
        </w:rPr>
        <w:t>Digital Legacy File Annual Review Checklist</w:t>
      </w:r>
    </w:p>
    <w:p w14:paraId="5C5AAD54" w14:textId="77777777" w:rsidR="00B01F53" w:rsidRDefault="00000000">
      <w:pPr>
        <w:rPr>
          <w:sz w:val="21"/>
          <w:szCs w:val="21"/>
        </w:rPr>
      </w:pPr>
      <w:r w:rsidRPr="00CC3339">
        <w:rPr>
          <w:sz w:val="21"/>
          <w:szCs w:val="21"/>
        </w:rPr>
        <w:t>Use this checklist at least annually</w:t>
      </w:r>
      <w:r w:rsidR="00536F39">
        <w:rPr>
          <w:sz w:val="21"/>
          <w:szCs w:val="21"/>
        </w:rPr>
        <w:t xml:space="preserve"> (or more frequently</w:t>
      </w:r>
      <w:r w:rsidR="00B01F53">
        <w:rPr>
          <w:sz w:val="21"/>
          <w:szCs w:val="21"/>
        </w:rPr>
        <w:t xml:space="preserve"> if you prefer</w:t>
      </w:r>
      <w:r w:rsidR="00536F39">
        <w:rPr>
          <w:sz w:val="21"/>
          <w:szCs w:val="21"/>
        </w:rPr>
        <w:t>)</w:t>
      </w:r>
      <w:r w:rsidRPr="00CC3339">
        <w:rPr>
          <w:sz w:val="21"/>
          <w:szCs w:val="21"/>
        </w:rPr>
        <w:t xml:space="preserve">, or whenever a significant life, technology, financial, or family change occurs. </w:t>
      </w:r>
    </w:p>
    <w:p w14:paraId="059B1B43" w14:textId="4443C83C" w:rsidR="000E1344" w:rsidRPr="00CC3339" w:rsidRDefault="00000000">
      <w:pPr>
        <w:rPr>
          <w:sz w:val="21"/>
          <w:szCs w:val="21"/>
        </w:rPr>
      </w:pPr>
      <w:r w:rsidRPr="00CC3339">
        <w:rPr>
          <w:sz w:val="21"/>
          <w:szCs w:val="21"/>
        </w:rPr>
        <w:t xml:space="preserve">Check </w:t>
      </w:r>
      <w:r w:rsidR="00B01F53">
        <w:rPr>
          <w:sz w:val="21"/>
          <w:szCs w:val="21"/>
        </w:rPr>
        <w:t xml:space="preserve">that </w:t>
      </w:r>
      <w:r w:rsidRPr="00CC3339">
        <w:rPr>
          <w:sz w:val="21"/>
          <w:szCs w:val="21"/>
        </w:rPr>
        <w:t>each item has been reviewed and update your Digital Legacy File (DLF) as needed.</w:t>
      </w:r>
    </w:p>
    <w:p w14:paraId="2A718EEA" w14:textId="77777777" w:rsidR="000E1344" w:rsidRPr="00CC3339" w:rsidRDefault="00000000">
      <w:pPr>
        <w:rPr>
          <w:sz w:val="21"/>
          <w:szCs w:val="21"/>
        </w:rPr>
      </w:pPr>
      <w:r w:rsidRPr="00CC3339">
        <w:rPr>
          <w:b/>
          <w:sz w:val="24"/>
          <w:szCs w:val="21"/>
        </w:rPr>
        <w:t>Core Information</w:t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668"/>
        <w:gridCol w:w="4092"/>
        <w:gridCol w:w="4838"/>
      </w:tblGrid>
      <w:tr w:rsidR="000E1344" w:rsidRPr="00CC3339" w14:paraId="4AE7EAA9" w14:textId="77777777" w:rsidTr="000500F5">
        <w:trPr>
          <w:tblHeader/>
        </w:trPr>
        <w:tc>
          <w:tcPr>
            <w:tcW w:w="1668" w:type="dxa"/>
            <w:shd w:val="clear" w:color="auto" w:fill="D9D9D9" w:themeFill="background1" w:themeFillShade="D9"/>
          </w:tcPr>
          <w:p w14:paraId="61847BFA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Check</w:t>
            </w:r>
          </w:p>
        </w:tc>
        <w:tc>
          <w:tcPr>
            <w:tcW w:w="4092" w:type="dxa"/>
            <w:shd w:val="clear" w:color="auto" w:fill="D9D9D9" w:themeFill="background1" w:themeFillShade="D9"/>
          </w:tcPr>
          <w:p w14:paraId="3294FEE9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Review Item</w:t>
            </w:r>
          </w:p>
        </w:tc>
        <w:tc>
          <w:tcPr>
            <w:tcW w:w="4838" w:type="dxa"/>
            <w:shd w:val="clear" w:color="auto" w:fill="D9D9D9" w:themeFill="background1" w:themeFillShade="D9"/>
          </w:tcPr>
          <w:p w14:paraId="1904095D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Notes / Updates Required</w:t>
            </w:r>
          </w:p>
        </w:tc>
      </w:tr>
      <w:tr w:rsidR="000500F5" w:rsidRPr="00CC3339" w14:paraId="7573EB9D" w14:textId="77777777" w:rsidTr="000B573F">
        <w:tc>
          <w:tcPr>
            <w:tcW w:w="1668" w:type="dxa"/>
          </w:tcPr>
          <w:p w14:paraId="75E31527" w14:textId="77777777" w:rsidR="000500F5" w:rsidRPr="00CC3339" w:rsidRDefault="000500F5" w:rsidP="000B573F">
            <w:pPr>
              <w:rPr>
                <w:sz w:val="21"/>
                <w:szCs w:val="21"/>
              </w:rPr>
            </w:pPr>
            <w:r w:rsidRPr="00CC3339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093DA206" w14:textId="77777777" w:rsidR="000500F5" w:rsidRDefault="000500F5" w:rsidP="000B573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set up “</w:t>
            </w:r>
            <w:r w:rsidRPr="000500F5">
              <w:rPr>
                <w:b/>
                <w:bCs/>
                <w:sz w:val="21"/>
                <w:szCs w:val="21"/>
              </w:rPr>
              <w:t>emergency recovery contacts</w:t>
            </w:r>
            <w:r>
              <w:rPr>
                <w:sz w:val="21"/>
                <w:szCs w:val="21"/>
              </w:rPr>
              <w:t>” for your primary assets</w:t>
            </w:r>
            <w:r>
              <w:rPr>
                <w:sz w:val="21"/>
                <w:szCs w:val="21"/>
              </w:rPr>
              <w:t>?</w:t>
            </w:r>
            <w:r>
              <w:rPr>
                <w:sz w:val="21"/>
                <w:szCs w:val="21"/>
              </w:rPr>
              <w:t xml:space="preserve"> </w:t>
            </w:r>
          </w:p>
          <w:p w14:paraId="23AF7BEB" w14:textId="4A1E58B3" w:rsidR="000500F5" w:rsidRPr="000500F5" w:rsidRDefault="000500F5" w:rsidP="000B573F">
            <w:pPr>
              <w:rPr>
                <w:i/>
                <w:iCs/>
                <w:sz w:val="21"/>
                <w:szCs w:val="21"/>
              </w:rPr>
            </w:pPr>
            <w:r w:rsidRPr="000500F5">
              <w:rPr>
                <w:i/>
                <w:iCs/>
                <w:sz w:val="21"/>
                <w:szCs w:val="21"/>
              </w:rPr>
              <w:t>(e.g. for Google, Apple and Microsoft, at least; and any other online vendor ecosystems that offer these tools)</w:t>
            </w:r>
          </w:p>
        </w:tc>
        <w:tc>
          <w:tcPr>
            <w:tcW w:w="4838" w:type="dxa"/>
          </w:tcPr>
          <w:p w14:paraId="1E31BEDD" w14:textId="77777777" w:rsidR="000500F5" w:rsidRPr="00CC3339" w:rsidRDefault="000500F5" w:rsidP="000B573F">
            <w:pPr>
              <w:rPr>
                <w:sz w:val="21"/>
                <w:szCs w:val="21"/>
              </w:rPr>
            </w:pPr>
          </w:p>
        </w:tc>
      </w:tr>
      <w:tr w:rsidR="000E1344" w:rsidRPr="00CC3339" w14:paraId="5C16CE34" w14:textId="77777777" w:rsidTr="000500F5">
        <w:tc>
          <w:tcPr>
            <w:tcW w:w="1668" w:type="dxa"/>
          </w:tcPr>
          <w:p w14:paraId="3E221FE0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3E2D9CFB" w14:textId="1ECEE870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r</w:t>
            </w:r>
            <w:r w:rsidRPr="00CC3339">
              <w:rPr>
                <w:sz w:val="21"/>
                <w:szCs w:val="21"/>
              </w:rPr>
              <w:t>eviewed and updated the DLF last review date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76EC2365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0E53A9E9" w14:textId="77777777" w:rsidTr="000500F5">
        <w:tc>
          <w:tcPr>
            <w:tcW w:w="1668" w:type="dxa"/>
          </w:tcPr>
          <w:p w14:paraId="0D7DEBFA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32D28A6C" w14:textId="790AC364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c</w:t>
            </w:r>
            <w:r w:rsidRPr="00CC3339">
              <w:rPr>
                <w:sz w:val="21"/>
                <w:szCs w:val="21"/>
              </w:rPr>
              <w:t>onfirmed</w:t>
            </w:r>
            <w:r>
              <w:rPr>
                <w:sz w:val="21"/>
                <w:szCs w:val="21"/>
              </w:rPr>
              <w:t xml:space="preserve"> the</w:t>
            </w:r>
            <w:r w:rsidRPr="00CC3339">
              <w:rPr>
                <w:sz w:val="21"/>
                <w:szCs w:val="21"/>
              </w:rPr>
              <w:t xml:space="preserve"> location of the DLF and Digital Trailhead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52151857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4CA372FC" w14:textId="77777777" w:rsidTr="000500F5">
        <w:tc>
          <w:tcPr>
            <w:tcW w:w="1668" w:type="dxa"/>
          </w:tcPr>
          <w:p w14:paraId="3AA9FD20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26609848" w14:textId="09E4F3CC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r</w:t>
            </w:r>
            <w:r w:rsidRPr="00CC3339">
              <w:rPr>
                <w:sz w:val="21"/>
                <w:szCs w:val="21"/>
              </w:rPr>
              <w:t>eviewed emergency contacts and professional advisors</w:t>
            </w:r>
            <w:r>
              <w:rPr>
                <w:sz w:val="21"/>
                <w:szCs w:val="21"/>
              </w:rPr>
              <w:t xml:space="preserve"> in the DLF?</w:t>
            </w:r>
          </w:p>
        </w:tc>
        <w:tc>
          <w:tcPr>
            <w:tcW w:w="4838" w:type="dxa"/>
          </w:tcPr>
          <w:p w14:paraId="62BECBF5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</w:tbl>
    <w:p w14:paraId="357F067D" w14:textId="77777777" w:rsidR="000E1344" w:rsidRPr="00CC3339" w:rsidRDefault="000E1344">
      <w:pPr>
        <w:rPr>
          <w:sz w:val="21"/>
          <w:szCs w:val="21"/>
        </w:rPr>
      </w:pPr>
    </w:p>
    <w:p w14:paraId="6528B430" w14:textId="77777777" w:rsidR="000E1344" w:rsidRPr="00CC3339" w:rsidRDefault="00000000">
      <w:pPr>
        <w:rPr>
          <w:sz w:val="21"/>
          <w:szCs w:val="21"/>
        </w:rPr>
      </w:pPr>
      <w:r w:rsidRPr="00CC3339">
        <w:rPr>
          <w:b/>
          <w:sz w:val="24"/>
          <w:szCs w:val="21"/>
        </w:rPr>
        <w:t>Critical Assets</w:t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668"/>
        <w:gridCol w:w="4092"/>
        <w:gridCol w:w="4838"/>
      </w:tblGrid>
      <w:tr w:rsidR="000E1344" w:rsidRPr="00CC3339" w14:paraId="70E15CC7" w14:textId="77777777" w:rsidTr="000500F5">
        <w:trPr>
          <w:tblHeader/>
        </w:trPr>
        <w:tc>
          <w:tcPr>
            <w:tcW w:w="1668" w:type="dxa"/>
            <w:shd w:val="clear" w:color="auto" w:fill="D9D9D9" w:themeFill="background1" w:themeFillShade="D9"/>
          </w:tcPr>
          <w:p w14:paraId="659579EA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Check</w:t>
            </w:r>
          </w:p>
        </w:tc>
        <w:tc>
          <w:tcPr>
            <w:tcW w:w="4092" w:type="dxa"/>
            <w:shd w:val="clear" w:color="auto" w:fill="D9D9D9" w:themeFill="background1" w:themeFillShade="D9"/>
          </w:tcPr>
          <w:p w14:paraId="3272F61A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Review Item</w:t>
            </w:r>
          </w:p>
        </w:tc>
        <w:tc>
          <w:tcPr>
            <w:tcW w:w="4838" w:type="dxa"/>
            <w:shd w:val="clear" w:color="auto" w:fill="D9D9D9" w:themeFill="background1" w:themeFillShade="D9"/>
          </w:tcPr>
          <w:p w14:paraId="7F581317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Notes / Updates Required</w:t>
            </w:r>
          </w:p>
        </w:tc>
      </w:tr>
      <w:tr w:rsidR="000E1344" w:rsidRPr="00CC3339" w14:paraId="60018C33" w14:textId="77777777" w:rsidTr="000500F5">
        <w:tc>
          <w:tcPr>
            <w:tcW w:w="1668" w:type="dxa"/>
          </w:tcPr>
          <w:p w14:paraId="10B12F10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78673A86" w14:textId="1B10438D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 w:rsidR="00536F39">
              <w:rPr>
                <w:sz w:val="21"/>
                <w:szCs w:val="21"/>
              </w:rPr>
              <w:t>v</w:t>
            </w:r>
            <w:r w:rsidR="00536F39" w:rsidRPr="00CC3339">
              <w:rPr>
                <w:sz w:val="21"/>
                <w:szCs w:val="21"/>
              </w:rPr>
              <w:t>erified</w:t>
            </w:r>
            <w:r w:rsidRPr="00CC3339">
              <w:rPr>
                <w:sz w:val="21"/>
                <w:szCs w:val="21"/>
              </w:rPr>
              <w:t xml:space="preserve"> access to </w:t>
            </w:r>
            <w:r w:rsidR="00536F39">
              <w:rPr>
                <w:sz w:val="21"/>
                <w:szCs w:val="21"/>
              </w:rPr>
              <w:t xml:space="preserve">your </w:t>
            </w:r>
            <w:r w:rsidRPr="00CC3339">
              <w:rPr>
                <w:sz w:val="21"/>
                <w:szCs w:val="21"/>
              </w:rPr>
              <w:t>primary email account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2B3D0BFC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15BB18D2" w14:textId="77777777" w:rsidTr="000500F5">
        <w:tc>
          <w:tcPr>
            <w:tcW w:w="1668" w:type="dxa"/>
          </w:tcPr>
          <w:p w14:paraId="366C6F92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79011538" w14:textId="62D1628B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v</w:t>
            </w:r>
            <w:r w:rsidRPr="00CC3339">
              <w:rPr>
                <w:sz w:val="21"/>
                <w:szCs w:val="21"/>
              </w:rPr>
              <w:t xml:space="preserve">erified access to </w:t>
            </w:r>
            <w:r w:rsidR="00536F39">
              <w:rPr>
                <w:sz w:val="21"/>
                <w:szCs w:val="21"/>
              </w:rPr>
              <w:t xml:space="preserve">your </w:t>
            </w:r>
            <w:r w:rsidRPr="00CC3339">
              <w:rPr>
                <w:sz w:val="21"/>
                <w:szCs w:val="21"/>
              </w:rPr>
              <w:t>primary mobile phone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3997F5BD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780AC25A" w14:textId="77777777" w:rsidTr="000500F5">
        <w:tc>
          <w:tcPr>
            <w:tcW w:w="1668" w:type="dxa"/>
          </w:tcPr>
          <w:p w14:paraId="45B3FCDE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24F89C8E" w14:textId="135949E7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t</w:t>
            </w:r>
            <w:r w:rsidRPr="00CC3339">
              <w:rPr>
                <w:sz w:val="21"/>
                <w:szCs w:val="21"/>
              </w:rPr>
              <w:t xml:space="preserve">ested </w:t>
            </w:r>
            <w:r w:rsidR="00536F39">
              <w:rPr>
                <w:sz w:val="21"/>
                <w:szCs w:val="21"/>
              </w:rPr>
              <w:t xml:space="preserve">your </w:t>
            </w:r>
            <w:r w:rsidRPr="00CC3339">
              <w:rPr>
                <w:sz w:val="21"/>
                <w:szCs w:val="21"/>
              </w:rPr>
              <w:t>password manager or credential repository access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709AA722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06115BD2" w14:textId="77777777" w:rsidTr="000500F5">
        <w:tc>
          <w:tcPr>
            <w:tcW w:w="1668" w:type="dxa"/>
          </w:tcPr>
          <w:p w14:paraId="4FCEF267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51362F0F" w14:textId="458D7EAD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r</w:t>
            </w:r>
            <w:r w:rsidRPr="00CC3339">
              <w:rPr>
                <w:sz w:val="21"/>
                <w:szCs w:val="21"/>
              </w:rPr>
              <w:t>eviewed authentication methods, recovery codes, and passkeys</w:t>
            </w:r>
            <w:r>
              <w:rPr>
                <w:sz w:val="21"/>
                <w:szCs w:val="21"/>
              </w:rPr>
              <w:t xml:space="preserve"> (if applicable)</w:t>
            </w:r>
          </w:p>
        </w:tc>
        <w:tc>
          <w:tcPr>
            <w:tcW w:w="4838" w:type="dxa"/>
          </w:tcPr>
          <w:p w14:paraId="26B843E4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</w:tbl>
    <w:p w14:paraId="62FC4088" w14:textId="77777777" w:rsidR="000E1344" w:rsidRPr="00CC3339" w:rsidRDefault="000E1344">
      <w:pPr>
        <w:rPr>
          <w:sz w:val="21"/>
          <w:szCs w:val="21"/>
        </w:rPr>
      </w:pPr>
    </w:p>
    <w:p w14:paraId="024498EC" w14:textId="77777777" w:rsidR="000E1344" w:rsidRPr="00CC3339" w:rsidRDefault="00000000">
      <w:pPr>
        <w:rPr>
          <w:sz w:val="21"/>
          <w:szCs w:val="21"/>
        </w:rPr>
      </w:pPr>
      <w:r w:rsidRPr="00CC3339">
        <w:rPr>
          <w:b/>
          <w:sz w:val="24"/>
          <w:szCs w:val="21"/>
        </w:rPr>
        <w:t>Accounts and Assets</w:t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668"/>
        <w:gridCol w:w="4092"/>
        <w:gridCol w:w="4838"/>
      </w:tblGrid>
      <w:tr w:rsidR="000E1344" w:rsidRPr="00CC3339" w14:paraId="3B72E4A0" w14:textId="77777777" w:rsidTr="000500F5">
        <w:trPr>
          <w:tblHeader/>
        </w:trPr>
        <w:tc>
          <w:tcPr>
            <w:tcW w:w="1668" w:type="dxa"/>
            <w:shd w:val="clear" w:color="auto" w:fill="D9D9D9" w:themeFill="background1" w:themeFillShade="D9"/>
          </w:tcPr>
          <w:p w14:paraId="1CAB3E59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Check</w:t>
            </w:r>
          </w:p>
        </w:tc>
        <w:tc>
          <w:tcPr>
            <w:tcW w:w="4092" w:type="dxa"/>
            <w:shd w:val="clear" w:color="auto" w:fill="D9D9D9" w:themeFill="background1" w:themeFillShade="D9"/>
          </w:tcPr>
          <w:p w14:paraId="7083A10A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Review Item</w:t>
            </w:r>
          </w:p>
        </w:tc>
        <w:tc>
          <w:tcPr>
            <w:tcW w:w="4838" w:type="dxa"/>
            <w:shd w:val="clear" w:color="auto" w:fill="D9D9D9" w:themeFill="background1" w:themeFillShade="D9"/>
          </w:tcPr>
          <w:p w14:paraId="04C60322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Notes / Updates Required</w:t>
            </w:r>
          </w:p>
        </w:tc>
      </w:tr>
      <w:tr w:rsidR="000E1344" w:rsidRPr="00CC3339" w14:paraId="25F6FAA2" w14:textId="77777777" w:rsidTr="000500F5">
        <w:tc>
          <w:tcPr>
            <w:tcW w:w="1668" w:type="dxa"/>
          </w:tcPr>
          <w:p w14:paraId="41B9AD95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0B4516B5" w14:textId="04712D8E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a</w:t>
            </w:r>
            <w:r w:rsidRPr="00CC3339">
              <w:rPr>
                <w:sz w:val="21"/>
                <w:szCs w:val="21"/>
              </w:rPr>
              <w:t xml:space="preserve">dded </w:t>
            </w:r>
            <w:r>
              <w:rPr>
                <w:sz w:val="21"/>
                <w:szCs w:val="21"/>
              </w:rPr>
              <w:t xml:space="preserve">any </w:t>
            </w:r>
            <w:r w:rsidRPr="00CC3339">
              <w:rPr>
                <w:sz w:val="21"/>
                <w:szCs w:val="21"/>
              </w:rPr>
              <w:t>new accounts, services, devices, or subscriptions</w:t>
            </w:r>
            <w:r>
              <w:rPr>
                <w:sz w:val="21"/>
                <w:szCs w:val="21"/>
              </w:rPr>
              <w:t xml:space="preserve"> that weren’t in your DLF?</w:t>
            </w:r>
          </w:p>
        </w:tc>
        <w:tc>
          <w:tcPr>
            <w:tcW w:w="4838" w:type="dxa"/>
          </w:tcPr>
          <w:p w14:paraId="7484CE9B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1464271B" w14:textId="77777777" w:rsidTr="000500F5">
        <w:tc>
          <w:tcPr>
            <w:tcW w:w="1668" w:type="dxa"/>
          </w:tcPr>
          <w:p w14:paraId="0EF9E91A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24705287" w14:textId="5BC1B72C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r</w:t>
            </w:r>
            <w:r w:rsidRPr="00CC3339">
              <w:rPr>
                <w:sz w:val="21"/>
                <w:szCs w:val="21"/>
              </w:rPr>
              <w:t>emoved accounts</w:t>
            </w:r>
            <w:r>
              <w:rPr>
                <w:sz w:val="21"/>
                <w:szCs w:val="21"/>
              </w:rPr>
              <w:t xml:space="preserve"> in the DLF</w:t>
            </w:r>
            <w:r w:rsidRPr="00CC3339">
              <w:rPr>
                <w:sz w:val="21"/>
                <w:szCs w:val="21"/>
              </w:rPr>
              <w:t xml:space="preserve"> that are closed or no longer used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041AD4D8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5FFF3ED7" w14:textId="77777777" w:rsidTr="000500F5">
        <w:tc>
          <w:tcPr>
            <w:tcW w:w="1668" w:type="dxa"/>
          </w:tcPr>
          <w:p w14:paraId="613CF8F8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lastRenderedPageBreak/>
              <w:t>☐</w:t>
            </w:r>
          </w:p>
        </w:tc>
        <w:tc>
          <w:tcPr>
            <w:tcW w:w="4092" w:type="dxa"/>
          </w:tcPr>
          <w:p w14:paraId="7B282AD7" w14:textId="477AD67C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checked for any changes in</w:t>
            </w:r>
            <w:r w:rsidRPr="00CC3339">
              <w:rPr>
                <w:sz w:val="21"/>
                <w:szCs w:val="21"/>
              </w:rPr>
              <w:t xml:space="preserve"> banking, investment, insurance, and loyalty accounts</w:t>
            </w:r>
            <w:r>
              <w:rPr>
                <w:sz w:val="21"/>
                <w:szCs w:val="21"/>
              </w:rPr>
              <w:t xml:space="preserve"> that need updating in the DLF?</w:t>
            </w:r>
          </w:p>
        </w:tc>
        <w:tc>
          <w:tcPr>
            <w:tcW w:w="4838" w:type="dxa"/>
          </w:tcPr>
          <w:p w14:paraId="4F0077C2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745D28B0" w14:textId="77777777" w:rsidTr="000500F5">
        <w:tc>
          <w:tcPr>
            <w:tcW w:w="1668" w:type="dxa"/>
          </w:tcPr>
          <w:p w14:paraId="5E1AB77D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41FE1A24" w14:textId="1112019B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r</w:t>
            </w:r>
            <w:r w:rsidRPr="00CC3339">
              <w:rPr>
                <w:sz w:val="21"/>
                <w:szCs w:val="21"/>
              </w:rPr>
              <w:t>eviewed</w:t>
            </w:r>
            <w:r>
              <w:rPr>
                <w:sz w:val="21"/>
                <w:szCs w:val="21"/>
              </w:rPr>
              <w:t xml:space="preserve"> any changes to</w:t>
            </w:r>
            <w:r w:rsidRPr="00CC3339">
              <w:rPr>
                <w:sz w:val="21"/>
                <w:szCs w:val="21"/>
              </w:rPr>
              <w:t xml:space="preserve"> photos, memories, and family archives</w:t>
            </w:r>
            <w:r>
              <w:rPr>
                <w:sz w:val="21"/>
                <w:szCs w:val="21"/>
              </w:rPr>
              <w:t xml:space="preserve"> that weren’t in the DLF?</w:t>
            </w:r>
          </w:p>
        </w:tc>
        <w:tc>
          <w:tcPr>
            <w:tcW w:w="4838" w:type="dxa"/>
          </w:tcPr>
          <w:p w14:paraId="4C3DA7DA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</w:tbl>
    <w:p w14:paraId="34EEE79E" w14:textId="77777777" w:rsidR="000E1344" w:rsidRPr="00CC3339" w:rsidRDefault="000E1344">
      <w:pPr>
        <w:rPr>
          <w:sz w:val="21"/>
          <w:szCs w:val="21"/>
        </w:rPr>
      </w:pPr>
    </w:p>
    <w:p w14:paraId="4C385FA8" w14:textId="77777777" w:rsidR="000E1344" w:rsidRPr="00CC3339" w:rsidRDefault="00000000">
      <w:pPr>
        <w:rPr>
          <w:sz w:val="21"/>
          <w:szCs w:val="21"/>
        </w:rPr>
      </w:pPr>
      <w:r w:rsidRPr="00536F39">
        <w:rPr>
          <w:b/>
          <w:sz w:val="24"/>
          <w:szCs w:val="21"/>
        </w:rPr>
        <w:t>Access Reliability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4092"/>
        <w:gridCol w:w="4838"/>
      </w:tblGrid>
      <w:tr w:rsidR="000E1344" w:rsidRPr="00CC3339" w14:paraId="42AF79FD" w14:textId="77777777" w:rsidTr="000500F5">
        <w:trPr>
          <w:tblHeader/>
        </w:trPr>
        <w:tc>
          <w:tcPr>
            <w:tcW w:w="1668" w:type="dxa"/>
            <w:shd w:val="clear" w:color="auto" w:fill="D9D9D9" w:themeFill="background1" w:themeFillShade="D9"/>
          </w:tcPr>
          <w:p w14:paraId="29BA7FE8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Check</w:t>
            </w:r>
          </w:p>
        </w:tc>
        <w:tc>
          <w:tcPr>
            <w:tcW w:w="4092" w:type="dxa"/>
            <w:shd w:val="clear" w:color="auto" w:fill="D9D9D9" w:themeFill="background1" w:themeFillShade="D9"/>
          </w:tcPr>
          <w:p w14:paraId="72C9B2E2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Review Item</w:t>
            </w:r>
          </w:p>
        </w:tc>
        <w:tc>
          <w:tcPr>
            <w:tcW w:w="4838" w:type="dxa"/>
            <w:shd w:val="clear" w:color="auto" w:fill="D9D9D9" w:themeFill="background1" w:themeFillShade="D9"/>
          </w:tcPr>
          <w:p w14:paraId="3EE06C82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Notes / Updates Required</w:t>
            </w:r>
          </w:p>
        </w:tc>
      </w:tr>
      <w:tr w:rsidR="000E1344" w:rsidRPr="00CC3339" w14:paraId="7E2476EC" w14:textId="77777777" w:rsidTr="00CC3339">
        <w:tc>
          <w:tcPr>
            <w:tcW w:w="1668" w:type="dxa"/>
          </w:tcPr>
          <w:p w14:paraId="60E7B2AE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33BE99E6" w14:textId="47185B60" w:rsidR="000E1344" w:rsidRPr="00CC3339" w:rsidRDefault="002F56C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Have you c</w:t>
            </w:r>
            <w:r w:rsidRPr="00CC3339">
              <w:rPr>
                <w:sz w:val="21"/>
                <w:szCs w:val="21"/>
              </w:rPr>
              <w:t xml:space="preserve">onfirmed </w:t>
            </w:r>
            <w:r w:rsidR="00536F39">
              <w:rPr>
                <w:sz w:val="21"/>
                <w:szCs w:val="21"/>
              </w:rPr>
              <w:t xml:space="preserve">that </w:t>
            </w:r>
            <w:r w:rsidRPr="00CC3339">
              <w:rPr>
                <w:sz w:val="21"/>
                <w:szCs w:val="21"/>
              </w:rPr>
              <w:t xml:space="preserve">passwords and recovery methods </w:t>
            </w:r>
            <w:r>
              <w:rPr>
                <w:sz w:val="21"/>
                <w:szCs w:val="21"/>
              </w:rPr>
              <w:t xml:space="preserve">for all accounts in the DLF </w:t>
            </w:r>
            <w:r w:rsidRPr="00CC3339">
              <w:rPr>
                <w:sz w:val="21"/>
                <w:szCs w:val="21"/>
              </w:rPr>
              <w:t>remain accurate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3222DA7B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2EFFDE63" w14:textId="77777777" w:rsidTr="00CC3339">
        <w:tc>
          <w:tcPr>
            <w:tcW w:w="1668" w:type="dxa"/>
          </w:tcPr>
          <w:p w14:paraId="57F33E8F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29B3D356" w14:textId="751C8205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c</w:t>
            </w:r>
            <w:r w:rsidR="00000000" w:rsidRPr="00CC3339">
              <w:rPr>
                <w:sz w:val="21"/>
                <w:szCs w:val="21"/>
              </w:rPr>
              <w:t>hecked for circular dependencies or access blockers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72BF467B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4ED41CAE" w14:textId="77777777" w:rsidTr="00CC3339">
        <w:tc>
          <w:tcPr>
            <w:tcW w:w="1668" w:type="dxa"/>
          </w:tcPr>
          <w:p w14:paraId="29033FA0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7CACB7C9" w14:textId="3F247801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v</w:t>
            </w:r>
            <w:r w:rsidR="00000000" w:rsidRPr="00CC3339">
              <w:rPr>
                <w:sz w:val="21"/>
                <w:szCs w:val="21"/>
              </w:rPr>
              <w:t>erified locations of safes, keys, lockboxes, and document containers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091391FC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6031AF6F" w14:textId="77777777" w:rsidTr="00CC3339">
        <w:tc>
          <w:tcPr>
            <w:tcW w:w="1668" w:type="dxa"/>
          </w:tcPr>
          <w:p w14:paraId="3A5D1887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2082BA4D" w14:textId="5F6BA1A1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v</w:t>
            </w:r>
            <w:r w:rsidR="00000000" w:rsidRPr="00CC3339">
              <w:rPr>
                <w:sz w:val="21"/>
                <w:szCs w:val="21"/>
              </w:rPr>
              <w:t>erified backup devices and storage media remain accessible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5231EBD8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</w:tbl>
    <w:p w14:paraId="6D2419BA" w14:textId="77777777" w:rsidR="000E1344" w:rsidRPr="00CC3339" w:rsidRDefault="000E1344">
      <w:pPr>
        <w:rPr>
          <w:sz w:val="21"/>
          <w:szCs w:val="21"/>
        </w:rPr>
      </w:pPr>
    </w:p>
    <w:p w14:paraId="1CFBDDB2" w14:textId="77777777" w:rsidR="000E1344" w:rsidRPr="00CC3339" w:rsidRDefault="00000000">
      <w:pPr>
        <w:rPr>
          <w:sz w:val="21"/>
          <w:szCs w:val="21"/>
        </w:rPr>
      </w:pPr>
      <w:r w:rsidRPr="00CC3339">
        <w:rPr>
          <w:b/>
          <w:sz w:val="24"/>
          <w:szCs w:val="21"/>
        </w:rPr>
        <w:t>Life Changes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4092"/>
        <w:gridCol w:w="4838"/>
      </w:tblGrid>
      <w:tr w:rsidR="000E1344" w:rsidRPr="00CC3339" w14:paraId="3F0C00F9" w14:textId="77777777" w:rsidTr="000500F5">
        <w:trPr>
          <w:tblHeader/>
        </w:trPr>
        <w:tc>
          <w:tcPr>
            <w:tcW w:w="1668" w:type="dxa"/>
            <w:shd w:val="clear" w:color="auto" w:fill="D9D9D9" w:themeFill="background1" w:themeFillShade="D9"/>
          </w:tcPr>
          <w:p w14:paraId="0574C983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Check</w:t>
            </w:r>
          </w:p>
        </w:tc>
        <w:tc>
          <w:tcPr>
            <w:tcW w:w="4092" w:type="dxa"/>
            <w:shd w:val="clear" w:color="auto" w:fill="D9D9D9" w:themeFill="background1" w:themeFillShade="D9"/>
          </w:tcPr>
          <w:p w14:paraId="6C6363E1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Review Item</w:t>
            </w:r>
          </w:p>
        </w:tc>
        <w:tc>
          <w:tcPr>
            <w:tcW w:w="4838" w:type="dxa"/>
            <w:shd w:val="clear" w:color="auto" w:fill="D9D9D9" w:themeFill="background1" w:themeFillShade="D9"/>
          </w:tcPr>
          <w:p w14:paraId="3BFB9EE8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Notes / Updates Required</w:t>
            </w:r>
          </w:p>
        </w:tc>
      </w:tr>
      <w:tr w:rsidR="000E1344" w:rsidRPr="00CC3339" w14:paraId="53C8CF82" w14:textId="77777777" w:rsidTr="00CC3339">
        <w:tc>
          <w:tcPr>
            <w:tcW w:w="1668" w:type="dxa"/>
          </w:tcPr>
          <w:p w14:paraId="4A8E305D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4BE24CCE" w14:textId="3C469D3F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r</w:t>
            </w:r>
            <w:r w:rsidR="00000000" w:rsidRPr="00CC3339">
              <w:rPr>
                <w:sz w:val="21"/>
                <w:szCs w:val="21"/>
              </w:rPr>
              <w:t xml:space="preserve">eviewed changes in </w:t>
            </w:r>
            <w:r>
              <w:rPr>
                <w:sz w:val="21"/>
                <w:szCs w:val="21"/>
              </w:rPr>
              <w:t xml:space="preserve">your </w:t>
            </w:r>
            <w:r w:rsidR="00000000" w:rsidRPr="00CC3339">
              <w:rPr>
                <w:sz w:val="21"/>
                <w:szCs w:val="21"/>
              </w:rPr>
              <w:t>relationships, family members, or beneficiaries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43A95FB1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689CD069" w14:textId="77777777" w:rsidTr="00CC3339">
        <w:tc>
          <w:tcPr>
            <w:tcW w:w="1668" w:type="dxa"/>
          </w:tcPr>
          <w:p w14:paraId="59CD8FA2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3E0C18C9" w14:textId="794C5E4D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r</w:t>
            </w:r>
            <w:r w:rsidR="00000000" w:rsidRPr="00CC3339">
              <w:rPr>
                <w:sz w:val="21"/>
                <w:szCs w:val="21"/>
              </w:rPr>
              <w:t xml:space="preserve">eviewed </w:t>
            </w:r>
            <w:r>
              <w:rPr>
                <w:sz w:val="21"/>
                <w:szCs w:val="21"/>
              </w:rPr>
              <w:t xml:space="preserve">your </w:t>
            </w:r>
            <w:r w:rsidR="00000000" w:rsidRPr="00CC3339">
              <w:rPr>
                <w:sz w:val="21"/>
                <w:szCs w:val="21"/>
              </w:rPr>
              <w:t>employment, business, or retirement changes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711FB62D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06C51F3E" w14:textId="77777777" w:rsidTr="00CC3339">
        <w:tc>
          <w:tcPr>
            <w:tcW w:w="1668" w:type="dxa"/>
          </w:tcPr>
          <w:p w14:paraId="62F433EB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4D78AE2A" w14:textId="67F3C331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r</w:t>
            </w:r>
            <w:r w:rsidR="00000000" w:rsidRPr="00CC3339">
              <w:rPr>
                <w:sz w:val="21"/>
                <w:szCs w:val="21"/>
              </w:rPr>
              <w:t xml:space="preserve">eviewed </w:t>
            </w:r>
            <w:r>
              <w:rPr>
                <w:sz w:val="21"/>
                <w:szCs w:val="21"/>
              </w:rPr>
              <w:t xml:space="preserve">your </w:t>
            </w:r>
            <w:r w:rsidR="00000000" w:rsidRPr="00CC3339">
              <w:rPr>
                <w:sz w:val="21"/>
                <w:szCs w:val="21"/>
              </w:rPr>
              <w:t xml:space="preserve">property, vehicle, and major financial </w:t>
            </w:r>
            <w:r>
              <w:rPr>
                <w:sz w:val="21"/>
                <w:szCs w:val="21"/>
              </w:rPr>
              <w:t xml:space="preserve">account </w:t>
            </w:r>
            <w:r w:rsidR="00000000" w:rsidRPr="00CC3339">
              <w:rPr>
                <w:sz w:val="21"/>
                <w:szCs w:val="21"/>
              </w:rPr>
              <w:t>changes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29BE5B66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3313B2C7" w14:textId="77777777" w:rsidTr="00CC3339">
        <w:tc>
          <w:tcPr>
            <w:tcW w:w="1668" w:type="dxa"/>
          </w:tcPr>
          <w:p w14:paraId="534C3011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2CDCCBE7" w14:textId="564C7533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u</w:t>
            </w:r>
            <w:r w:rsidR="00000000" w:rsidRPr="00CC3339">
              <w:rPr>
                <w:sz w:val="21"/>
                <w:szCs w:val="21"/>
              </w:rPr>
              <w:t xml:space="preserve">pdated </w:t>
            </w:r>
            <w:r>
              <w:rPr>
                <w:sz w:val="21"/>
                <w:szCs w:val="21"/>
              </w:rPr>
              <w:t xml:space="preserve">your </w:t>
            </w:r>
            <w:r w:rsidR="00000000" w:rsidRPr="00CC3339">
              <w:rPr>
                <w:sz w:val="21"/>
                <w:szCs w:val="21"/>
              </w:rPr>
              <w:t>wishes, priorities, or special instructions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2D871A96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</w:tbl>
    <w:p w14:paraId="15BE3E4F" w14:textId="77777777" w:rsidR="000E1344" w:rsidRPr="00CC3339" w:rsidRDefault="000E1344">
      <w:pPr>
        <w:rPr>
          <w:sz w:val="21"/>
          <w:szCs w:val="21"/>
        </w:rPr>
      </w:pPr>
    </w:p>
    <w:p w14:paraId="3E691126" w14:textId="77777777" w:rsidR="000E1344" w:rsidRPr="00CC3339" w:rsidRDefault="00000000">
      <w:pPr>
        <w:rPr>
          <w:sz w:val="21"/>
          <w:szCs w:val="21"/>
        </w:rPr>
      </w:pPr>
      <w:r w:rsidRPr="00CC3339">
        <w:rPr>
          <w:b/>
          <w:sz w:val="24"/>
          <w:szCs w:val="21"/>
        </w:rPr>
        <w:t>Testing and Validation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4092"/>
        <w:gridCol w:w="4838"/>
      </w:tblGrid>
      <w:tr w:rsidR="000E1344" w:rsidRPr="00CC3339" w14:paraId="03E78E50" w14:textId="77777777" w:rsidTr="000500F5">
        <w:trPr>
          <w:tblHeader/>
        </w:trPr>
        <w:tc>
          <w:tcPr>
            <w:tcW w:w="1668" w:type="dxa"/>
            <w:shd w:val="clear" w:color="auto" w:fill="D9D9D9" w:themeFill="background1" w:themeFillShade="D9"/>
          </w:tcPr>
          <w:p w14:paraId="5FC3BE56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Check</w:t>
            </w:r>
          </w:p>
        </w:tc>
        <w:tc>
          <w:tcPr>
            <w:tcW w:w="4092" w:type="dxa"/>
            <w:shd w:val="clear" w:color="auto" w:fill="D9D9D9" w:themeFill="background1" w:themeFillShade="D9"/>
          </w:tcPr>
          <w:p w14:paraId="7369D9C8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Review Item</w:t>
            </w:r>
          </w:p>
        </w:tc>
        <w:tc>
          <w:tcPr>
            <w:tcW w:w="4838" w:type="dxa"/>
            <w:shd w:val="clear" w:color="auto" w:fill="D9D9D9" w:themeFill="background1" w:themeFillShade="D9"/>
          </w:tcPr>
          <w:p w14:paraId="3ED4C71E" w14:textId="77777777" w:rsidR="000E1344" w:rsidRPr="00CC3339" w:rsidRDefault="00000000">
            <w:pPr>
              <w:rPr>
                <w:b/>
                <w:bCs/>
                <w:sz w:val="21"/>
                <w:szCs w:val="21"/>
              </w:rPr>
            </w:pPr>
            <w:r w:rsidRPr="00CC3339">
              <w:rPr>
                <w:b/>
                <w:bCs/>
                <w:sz w:val="21"/>
                <w:szCs w:val="21"/>
              </w:rPr>
              <w:t>Notes / Updates Required</w:t>
            </w:r>
          </w:p>
        </w:tc>
      </w:tr>
      <w:tr w:rsidR="000E1344" w:rsidRPr="00CC3339" w14:paraId="29C16B78" w14:textId="77777777" w:rsidTr="00CC3339">
        <w:tc>
          <w:tcPr>
            <w:tcW w:w="1668" w:type="dxa"/>
          </w:tcPr>
          <w:p w14:paraId="654B4051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12EF588B" w14:textId="2B3207D3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a</w:t>
            </w:r>
            <w:r w:rsidR="00000000" w:rsidRPr="00CC3339">
              <w:rPr>
                <w:sz w:val="21"/>
                <w:szCs w:val="21"/>
              </w:rPr>
              <w:t>sked</w:t>
            </w:r>
            <w:r>
              <w:rPr>
                <w:sz w:val="21"/>
                <w:szCs w:val="21"/>
              </w:rPr>
              <w:t xml:space="preserve"> </w:t>
            </w:r>
            <w:r w:rsidR="00000000" w:rsidRPr="00CC3339">
              <w:rPr>
                <w:sz w:val="21"/>
                <w:szCs w:val="21"/>
              </w:rPr>
              <w:t>a trusted person</w:t>
            </w:r>
            <w:r>
              <w:rPr>
                <w:sz w:val="21"/>
                <w:szCs w:val="21"/>
              </w:rPr>
              <w:t xml:space="preserve"> whether they</w:t>
            </w:r>
            <w:r w:rsidR="00000000" w:rsidRPr="00CC3339">
              <w:rPr>
                <w:sz w:val="21"/>
                <w:szCs w:val="21"/>
              </w:rPr>
              <w:t xml:space="preserve"> could find the DLF today</w:t>
            </w:r>
            <w:r>
              <w:rPr>
                <w:sz w:val="21"/>
                <w:szCs w:val="21"/>
              </w:rPr>
              <w:t xml:space="preserve">? </w:t>
            </w:r>
          </w:p>
        </w:tc>
        <w:tc>
          <w:tcPr>
            <w:tcW w:w="4838" w:type="dxa"/>
          </w:tcPr>
          <w:p w14:paraId="03247C4E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2B3D789E" w14:textId="77777777" w:rsidTr="00CC3339">
        <w:tc>
          <w:tcPr>
            <w:tcW w:w="1668" w:type="dxa"/>
          </w:tcPr>
          <w:p w14:paraId="7C4497BC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6E7E0087" w14:textId="3409E7EB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r</w:t>
            </w:r>
            <w:r w:rsidR="00000000" w:rsidRPr="00CC3339">
              <w:rPr>
                <w:sz w:val="21"/>
                <w:szCs w:val="21"/>
              </w:rPr>
              <w:t xml:space="preserve">eviewed the </w:t>
            </w:r>
            <w:r w:rsidR="00000000" w:rsidRPr="00536F39">
              <w:rPr>
                <w:b/>
                <w:bCs/>
                <w:sz w:val="21"/>
                <w:szCs w:val="21"/>
              </w:rPr>
              <w:t>Start Here</w:t>
            </w:r>
            <w:r w:rsidR="00000000" w:rsidRPr="00CC3339">
              <w:rPr>
                <w:sz w:val="21"/>
                <w:szCs w:val="21"/>
              </w:rPr>
              <w:t xml:space="preserve"> section for accuracy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72E73732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151D1CF5" w14:textId="77777777" w:rsidTr="00CC3339">
        <w:tc>
          <w:tcPr>
            <w:tcW w:w="1668" w:type="dxa"/>
          </w:tcPr>
          <w:p w14:paraId="70491E30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4017FAA5" w14:textId="0E44E1D6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c</w:t>
            </w:r>
            <w:r w:rsidR="00000000" w:rsidRPr="00CC3339">
              <w:rPr>
                <w:sz w:val="21"/>
                <w:szCs w:val="21"/>
              </w:rPr>
              <w:t>onfirmed key asset records are complete and understandable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72F7524C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  <w:tr w:rsidR="000E1344" w:rsidRPr="00CC3339" w14:paraId="69381B7C" w14:textId="77777777" w:rsidTr="00CC3339">
        <w:tc>
          <w:tcPr>
            <w:tcW w:w="1668" w:type="dxa"/>
          </w:tcPr>
          <w:p w14:paraId="18EC9356" w14:textId="77777777" w:rsidR="000E1344" w:rsidRPr="00CC3339" w:rsidRDefault="00000000">
            <w:pPr>
              <w:rPr>
                <w:sz w:val="21"/>
                <w:szCs w:val="21"/>
              </w:rPr>
            </w:pPr>
            <w:r w:rsidRPr="00CC3339">
              <w:rPr>
                <w:sz w:val="21"/>
                <w:szCs w:val="21"/>
              </w:rPr>
              <w:t>☐</w:t>
            </w:r>
          </w:p>
        </w:tc>
        <w:tc>
          <w:tcPr>
            <w:tcW w:w="4092" w:type="dxa"/>
          </w:tcPr>
          <w:p w14:paraId="46DD03C9" w14:textId="2AB48048" w:rsidR="000E1344" w:rsidRPr="00CC3339" w:rsidRDefault="00536F3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Have you </w:t>
            </w:r>
            <w:r>
              <w:rPr>
                <w:sz w:val="21"/>
                <w:szCs w:val="21"/>
              </w:rPr>
              <w:t>r</w:t>
            </w:r>
            <w:r w:rsidR="00000000" w:rsidRPr="00CC3339">
              <w:rPr>
                <w:sz w:val="21"/>
                <w:szCs w:val="21"/>
              </w:rPr>
              <w:t>ecorded issues found during review and corrective actions</w:t>
            </w:r>
            <w:r>
              <w:rPr>
                <w:sz w:val="21"/>
                <w:szCs w:val="21"/>
              </w:rPr>
              <w:t>?</w:t>
            </w:r>
          </w:p>
        </w:tc>
        <w:tc>
          <w:tcPr>
            <w:tcW w:w="4838" w:type="dxa"/>
          </w:tcPr>
          <w:p w14:paraId="27E7230B" w14:textId="77777777" w:rsidR="000E1344" w:rsidRPr="00CC3339" w:rsidRDefault="000E1344">
            <w:pPr>
              <w:rPr>
                <w:sz w:val="21"/>
                <w:szCs w:val="21"/>
              </w:rPr>
            </w:pPr>
          </w:p>
        </w:tc>
      </w:tr>
    </w:tbl>
    <w:p w14:paraId="2883509F" w14:textId="39636256" w:rsidR="000500F5" w:rsidRDefault="000500F5">
      <w:pPr>
        <w:rPr>
          <w:sz w:val="21"/>
          <w:szCs w:val="21"/>
        </w:rPr>
      </w:pPr>
    </w:p>
    <w:p w14:paraId="34C04699" w14:textId="77777777" w:rsidR="000500F5" w:rsidRDefault="000500F5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7EEBDBFD" w14:textId="77777777" w:rsidR="000E1344" w:rsidRPr="00CC3339" w:rsidRDefault="000E1344">
      <w:pPr>
        <w:rPr>
          <w:sz w:val="21"/>
          <w:szCs w:val="21"/>
        </w:rPr>
      </w:pPr>
    </w:p>
    <w:p w14:paraId="50B89ECE" w14:textId="77777777" w:rsidR="000E1344" w:rsidRPr="00CC3339" w:rsidRDefault="00000000">
      <w:pPr>
        <w:rPr>
          <w:sz w:val="21"/>
          <w:szCs w:val="21"/>
        </w:rPr>
      </w:pPr>
      <w:r w:rsidRPr="00CC3339">
        <w:rPr>
          <w:b/>
          <w:sz w:val="21"/>
          <w:szCs w:val="21"/>
        </w:rPr>
        <w:t>Review Summary</w:t>
      </w:r>
    </w:p>
    <w:p w14:paraId="55B123C5" w14:textId="77777777" w:rsidR="000E1344" w:rsidRPr="00CC3339" w:rsidRDefault="00000000">
      <w:pPr>
        <w:rPr>
          <w:sz w:val="21"/>
          <w:szCs w:val="21"/>
        </w:rPr>
      </w:pPr>
      <w:r w:rsidRPr="00CC3339">
        <w:rPr>
          <w:sz w:val="21"/>
          <w:szCs w:val="21"/>
        </w:rPr>
        <w:t>Review Date: ____________________</w:t>
      </w:r>
    </w:p>
    <w:p w14:paraId="07B61BBB" w14:textId="77777777" w:rsidR="000E1344" w:rsidRPr="00CC3339" w:rsidRDefault="00000000">
      <w:pPr>
        <w:rPr>
          <w:sz w:val="21"/>
          <w:szCs w:val="21"/>
        </w:rPr>
      </w:pPr>
      <w:r w:rsidRPr="00CC3339">
        <w:rPr>
          <w:sz w:val="21"/>
          <w:szCs w:val="21"/>
        </w:rPr>
        <w:t>Reviewed By: ____________________</w:t>
      </w:r>
    </w:p>
    <w:p w14:paraId="70527C45" w14:textId="77777777" w:rsidR="000E1344" w:rsidRPr="00CC3339" w:rsidRDefault="00000000">
      <w:pPr>
        <w:rPr>
          <w:sz w:val="21"/>
          <w:szCs w:val="21"/>
        </w:rPr>
      </w:pPr>
      <w:r w:rsidRPr="00CC3339">
        <w:rPr>
          <w:sz w:val="21"/>
          <w:szCs w:val="21"/>
        </w:rPr>
        <w:t>Major Updates Completed: ________________________________________</w:t>
      </w:r>
    </w:p>
    <w:p w14:paraId="27764AC5" w14:textId="77777777" w:rsidR="000E1344" w:rsidRPr="00CC3339" w:rsidRDefault="00000000">
      <w:pPr>
        <w:rPr>
          <w:sz w:val="21"/>
          <w:szCs w:val="21"/>
        </w:rPr>
      </w:pPr>
      <w:r w:rsidRPr="00CC3339">
        <w:rPr>
          <w:sz w:val="21"/>
          <w:szCs w:val="21"/>
        </w:rPr>
        <w:t>Next Planned Review Date: ____________________</w:t>
      </w:r>
    </w:p>
    <w:sectPr w:rsidR="000E1344" w:rsidRPr="00CC3339" w:rsidSect="00CC3339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5771B4" w14:textId="77777777" w:rsidR="00510D36" w:rsidRDefault="00510D36" w:rsidP="00CC3339">
      <w:pPr>
        <w:spacing w:after="0" w:line="240" w:lineRule="auto"/>
      </w:pPr>
      <w:r>
        <w:separator/>
      </w:r>
    </w:p>
  </w:endnote>
  <w:endnote w:type="continuationSeparator" w:id="0">
    <w:p w14:paraId="7AC76740" w14:textId="77777777" w:rsidR="00510D36" w:rsidRDefault="00510D36" w:rsidP="00CC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21638278"/>
      <w:docPartObj>
        <w:docPartGallery w:val="Page Numbers (Bottom of Page)"/>
        <w:docPartUnique/>
      </w:docPartObj>
    </w:sdtPr>
    <w:sdtContent>
      <w:p w14:paraId="404254C0" w14:textId="3DD4B676" w:rsidR="00CC3339" w:rsidRDefault="00CC3339" w:rsidP="004E3C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AB6AB28" w14:textId="77777777" w:rsidR="00CC3339" w:rsidRDefault="00CC3339" w:rsidP="00CC33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4704559"/>
      <w:docPartObj>
        <w:docPartGallery w:val="Page Numbers (Bottom of Page)"/>
        <w:docPartUnique/>
      </w:docPartObj>
    </w:sdtPr>
    <w:sdtContent>
      <w:p w14:paraId="2728FD14" w14:textId="03047DDF" w:rsidR="00CC3339" w:rsidRDefault="00CC3339" w:rsidP="004E3C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57882A9" w14:textId="770914B8" w:rsidR="00CC3339" w:rsidRPr="00CC3339" w:rsidRDefault="00CC3339" w:rsidP="00CC3339">
    <w:pPr>
      <w:pStyle w:val="Footer"/>
      <w:ind w:right="360"/>
      <w:rPr>
        <w:lang w:val="en-CA"/>
      </w:rPr>
    </w:pPr>
    <w:r>
      <w:rPr>
        <w:lang w:val="en-CA"/>
      </w:rPr>
      <w:t>© Copyright 2026. Scott Wright.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9C7DEE" w14:textId="77777777" w:rsidR="00510D36" w:rsidRDefault="00510D36" w:rsidP="00CC3339">
      <w:pPr>
        <w:spacing w:after="0" w:line="240" w:lineRule="auto"/>
      </w:pPr>
      <w:r>
        <w:separator/>
      </w:r>
    </w:p>
  </w:footnote>
  <w:footnote w:type="continuationSeparator" w:id="0">
    <w:p w14:paraId="6C226918" w14:textId="77777777" w:rsidR="00510D36" w:rsidRDefault="00510D36" w:rsidP="00CC3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482805">
    <w:abstractNumId w:val="8"/>
  </w:num>
  <w:num w:numId="2" w16cid:durableId="418915773">
    <w:abstractNumId w:val="6"/>
  </w:num>
  <w:num w:numId="3" w16cid:durableId="767585414">
    <w:abstractNumId w:val="5"/>
  </w:num>
  <w:num w:numId="4" w16cid:durableId="643239810">
    <w:abstractNumId w:val="4"/>
  </w:num>
  <w:num w:numId="5" w16cid:durableId="2061200332">
    <w:abstractNumId w:val="7"/>
  </w:num>
  <w:num w:numId="6" w16cid:durableId="937522713">
    <w:abstractNumId w:val="3"/>
  </w:num>
  <w:num w:numId="7" w16cid:durableId="1231841269">
    <w:abstractNumId w:val="2"/>
  </w:num>
  <w:num w:numId="8" w16cid:durableId="476608720">
    <w:abstractNumId w:val="1"/>
  </w:num>
  <w:num w:numId="9" w16cid:durableId="15548544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0F5"/>
    <w:rsid w:val="0006063C"/>
    <w:rsid w:val="000E1344"/>
    <w:rsid w:val="0015074B"/>
    <w:rsid w:val="0029639D"/>
    <w:rsid w:val="002F56CE"/>
    <w:rsid w:val="00326F90"/>
    <w:rsid w:val="00510D36"/>
    <w:rsid w:val="00536F39"/>
    <w:rsid w:val="006E3C65"/>
    <w:rsid w:val="00AA1D8D"/>
    <w:rsid w:val="00B01F53"/>
    <w:rsid w:val="00B47730"/>
    <w:rsid w:val="00CB0664"/>
    <w:rsid w:val="00CC3339"/>
    <w:rsid w:val="00E33AB4"/>
    <w:rsid w:val="00F150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9911C2"/>
  <w14:defaultImageDpi w14:val="300"/>
  <w15:docId w15:val="{A36C3E4C-004E-6043-BEB4-1624FDE5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CC3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433</Words>
  <Characters>2439</Characters>
  <Application>Microsoft Office Word</Application>
  <DocSecurity>0</DocSecurity>
  <Lines>162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Wright</dc:creator>
  <cp:keywords/>
  <dc:description>generated by python-docx</dc:description>
  <cp:lastModifiedBy>Scott Wright</cp:lastModifiedBy>
  <cp:revision>8</cp:revision>
  <dcterms:created xsi:type="dcterms:W3CDTF">2026-08-03T14:22:00Z</dcterms:created>
  <dcterms:modified xsi:type="dcterms:W3CDTF">2026-08-05T18:40:00Z</dcterms:modified>
  <cp:category/>
</cp:coreProperties>
</file>